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8262B7" w14:paraId="7C49B3AB" w14:textId="77777777"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605D5" w14:textId="51476337" w:rsidR="005E318B" w:rsidRDefault="005E318B" w:rsidP="005E318B">
            <w:pPr>
              <w:rPr>
                <w:rFonts w:hint="eastAsia"/>
              </w:rPr>
            </w:pPr>
            <w:r>
              <w:t xml:space="preserve">                </w:t>
            </w:r>
            <w:r>
              <w:rPr>
                <w:noProof/>
              </w:rPr>
              <w:drawing>
                <wp:inline distT="0" distB="0" distL="0" distR="0" wp14:anchorId="25ED30F9" wp14:editId="7A740DEE">
                  <wp:extent cx="821474" cy="742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_rh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213" cy="74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6FECD" w14:textId="1FB420A4" w:rsidR="008262B7" w:rsidRDefault="008262B7">
            <w:pPr>
              <w:spacing w:after="0"/>
              <w:rPr>
                <w:rFonts w:hint="eastAsia"/>
              </w:rPr>
            </w:pPr>
          </w:p>
        </w:tc>
      </w:tr>
    </w:tbl>
    <w:p w14:paraId="2EB4D054" w14:textId="77777777" w:rsidR="005E318B" w:rsidRDefault="005E318B" w:rsidP="005E318B">
      <w:pPr>
        <w:spacing w:after="0"/>
        <w:rPr>
          <w:rFonts w:hint="eastAsia"/>
        </w:rPr>
      </w:pPr>
      <w:r>
        <w:rPr>
          <w:rFonts w:eastAsia="Liberation Serif"/>
          <w:b/>
        </w:rPr>
        <w:t>REPUBLIKA HRVATSKA</w:t>
      </w:r>
    </w:p>
    <w:p w14:paraId="69A8E6F4" w14:textId="77777777" w:rsidR="005E318B" w:rsidRDefault="005E318B" w:rsidP="005E318B">
      <w:pPr>
        <w:spacing w:after="0"/>
        <w:rPr>
          <w:rFonts w:hint="eastAsia"/>
        </w:rPr>
      </w:pPr>
      <w:r>
        <w:rPr>
          <w:rFonts w:eastAsia="Liberation Serif"/>
          <w:b/>
        </w:rPr>
        <w:t>DJEČJI VRTIĆ „</w:t>
      </w:r>
      <w:proofErr w:type="gramStart"/>
      <w:r>
        <w:rPr>
          <w:rFonts w:eastAsia="Liberation Serif"/>
          <w:b/>
        </w:rPr>
        <w:t>LEPTIRIĆI“</w:t>
      </w:r>
      <w:proofErr w:type="gramEnd"/>
    </w:p>
    <w:p w14:paraId="0FB10093" w14:textId="77777777" w:rsidR="005E318B" w:rsidRDefault="005E318B" w:rsidP="005E318B">
      <w:pPr>
        <w:spacing w:after="0"/>
        <w:rPr>
          <w:rFonts w:hint="eastAsia"/>
        </w:rPr>
      </w:pPr>
      <w:r>
        <w:rPr>
          <w:rFonts w:eastAsia="Liberation Serif"/>
          <w:b/>
        </w:rPr>
        <w:t>PODRAVSKE SESVETE</w:t>
      </w:r>
    </w:p>
    <w:p w14:paraId="6A46686B" w14:textId="146FCA64" w:rsidR="005E318B" w:rsidRPr="005E318B" w:rsidRDefault="005E318B" w:rsidP="005E318B">
      <w:pPr>
        <w:spacing w:after="0"/>
        <w:rPr>
          <w:rFonts w:eastAsia="Liberation Serif"/>
        </w:rPr>
      </w:pPr>
      <w:r w:rsidRPr="005E318B">
        <w:rPr>
          <w:rFonts w:eastAsia="Liberation Serif"/>
        </w:rPr>
        <w:t>E-mail: info@dv-leptirici.hr</w:t>
      </w:r>
    </w:p>
    <w:p w14:paraId="327EA5FA" w14:textId="69B89C05" w:rsidR="008262B7" w:rsidRPr="005E318B" w:rsidRDefault="00000000">
      <w:pPr>
        <w:spacing w:after="0"/>
        <w:rPr>
          <w:rFonts w:hint="eastAsia"/>
        </w:rPr>
      </w:pPr>
      <w:r w:rsidRPr="005E318B">
        <w:rPr>
          <w:rFonts w:eastAsia="Liberation Serif"/>
        </w:rPr>
        <w:t>KLASA: 601-02/26-02/02.</w:t>
      </w:r>
    </w:p>
    <w:p w14:paraId="3FB22F3A" w14:textId="77777777" w:rsidR="008262B7" w:rsidRPr="005E318B" w:rsidRDefault="00000000">
      <w:pPr>
        <w:spacing w:after="0"/>
        <w:rPr>
          <w:rFonts w:hint="eastAsia"/>
        </w:rPr>
      </w:pPr>
      <w:r w:rsidRPr="005E318B">
        <w:rPr>
          <w:rFonts w:eastAsia="Liberation Serif"/>
        </w:rPr>
        <w:t>URBROJ: 2137-107-02-26-1</w:t>
      </w:r>
    </w:p>
    <w:p w14:paraId="31CAA1E2" w14:textId="77777777" w:rsidR="008262B7" w:rsidRPr="005E318B" w:rsidRDefault="00000000">
      <w:pPr>
        <w:spacing w:after="0"/>
        <w:rPr>
          <w:rFonts w:eastAsia="Liberation Serif"/>
        </w:rPr>
      </w:pPr>
      <w:r w:rsidRPr="005E318B">
        <w:rPr>
          <w:rFonts w:eastAsia="Liberation Serif"/>
        </w:rPr>
        <w:t xml:space="preserve">Podravske Sesvete, 15. </w:t>
      </w:r>
      <w:proofErr w:type="spellStart"/>
      <w:r w:rsidRPr="005E318B">
        <w:rPr>
          <w:rFonts w:eastAsia="Liberation Serif"/>
        </w:rPr>
        <w:t>rujna</w:t>
      </w:r>
      <w:proofErr w:type="spellEnd"/>
      <w:r w:rsidRPr="005E318B">
        <w:rPr>
          <w:rFonts w:eastAsia="Liberation Serif"/>
        </w:rPr>
        <w:t xml:space="preserve"> 2026.</w:t>
      </w:r>
    </w:p>
    <w:p w14:paraId="4981E864" w14:textId="77777777" w:rsidR="00EB1E61" w:rsidRPr="005E318B" w:rsidRDefault="00EB1E61">
      <w:pPr>
        <w:spacing w:after="0"/>
        <w:rPr>
          <w:rFonts w:eastAsia="Liberation Serif"/>
        </w:rPr>
      </w:pPr>
    </w:p>
    <w:p w14:paraId="052EAC16" w14:textId="77777777" w:rsidR="00EB1E61" w:rsidRDefault="00EB1E61">
      <w:pPr>
        <w:spacing w:after="0"/>
        <w:rPr>
          <w:rFonts w:hint="eastAsia"/>
        </w:rPr>
      </w:pPr>
    </w:p>
    <w:p w14:paraId="45B11E76" w14:textId="77777777" w:rsidR="008262B7" w:rsidRPr="00EB1E61" w:rsidRDefault="00000000">
      <w:pPr>
        <w:spacing w:before="200" w:after="160" w:line="245" w:lineRule="auto"/>
        <w:ind w:firstLine="454"/>
        <w:jc w:val="both"/>
        <w:rPr>
          <w:rFonts w:hint="eastAsia"/>
          <w:sz w:val="32"/>
          <w:szCs w:val="32"/>
        </w:rPr>
      </w:pPr>
      <w:proofErr w:type="spellStart"/>
      <w:r w:rsidRPr="00EB1E61">
        <w:rPr>
          <w:rFonts w:eastAsia="Liberation Serif"/>
          <w:sz w:val="24"/>
          <w:szCs w:val="24"/>
        </w:rPr>
        <w:t>Temeljem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članka</w:t>
      </w:r>
      <w:proofErr w:type="spellEnd"/>
      <w:r w:rsidRPr="00EB1E61">
        <w:rPr>
          <w:rFonts w:eastAsia="Liberation Serif"/>
          <w:sz w:val="24"/>
          <w:szCs w:val="24"/>
        </w:rPr>
        <w:t xml:space="preserve"> 23. a </w:t>
      </w:r>
      <w:proofErr w:type="spellStart"/>
      <w:r w:rsidRPr="00EB1E61">
        <w:rPr>
          <w:rFonts w:eastAsia="Liberation Serif"/>
          <w:sz w:val="24"/>
          <w:szCs w:val="24"/>
        </w:rPr>
        <w:t>Zakona</w:t>
      </w:r>
      <w:proofErr w:type="spellEnd"/>
      <w:r w:rsidRPr="00EB1E61">
        <w:rPr>
          <w:rFonts w:eastAsia="Liberation Serif"/>
          <w:sz w:val="24"/>
          <w:szCs w:val="24"/>
        </w:rPr>
        <w:t xml:space="preserve"> o </w:t>
      </w:r>
      <w:proofErr w:type="spellStart"/>
      <w:r w:rsidRPr="00EB1E61">
        <w:rPr>
          <w:rFonts w:eastAsia="Liberation Serif"/>
          <w:sz w:val="24"/>
          <w:szCs w:val="24"/>
        </w:rPr>
        <w:t>predškolskom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odgoju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obrazovanju</w:t>
      </w:r>
      <w:proofErr w:type="spellEnd"/>
      <w:r w:rsidRPr="00EB1E61">
        <w:rPr>
          <w:rFonts w:eastAsia="Liberation Serif"/>
          <w:sz w:val="24"/>
          <w:szCs w:val="24"/>
        </w:rPr>
        <w:t xml:space="preserve"> ("</w:t>
      </w:r>
      <w:proofErr w:type="spellStart"/>
      <w:r w:rsidRPr="00EB1E61">
        <w:rPr>
          <w:rFonts w:eastAsia="Liberation Serif"/>
          <w:sz w:val="24"/>
          <w:szCs w:val="24"/>
        </w:rPr>
        <w:t>Narodne</w:t>
      </w:r>
      <w:proofErr w:type="spellEnd"/>
      <w:r w:rsidRPr="00EB1E61">
        <w:rPr>
          <w:rFonts w:eastAsia="Liberation Serif"/>
          <w:sz w:val="24"/>
          <w:szCs w:val="24"/>
        </w:rPr>
        <w:t xml:space="preserve"> novine", </w:t>
      </w:r>
      <w:proofErr w:type="spellStart"/>
      <w:r w:rsidRPr="00EB1E61">
        <w:rPr>
          <w:rFonts w:eastAsia="Liberation Serif"/>
          <w:sz w:val="24"/>
          <w:szCs w:val="24"/>
        </w:rPr>
        <w:t>broj</w:t>
      </w:r>
      <w:proofErr w:type="spellEnd"/>
      <w:r w:rsidRPr="00EB1E61">
        <w:rPr>
          <w:rFonts w:eastAsia="Liberation Serif"/>
          <w:sz w:val="24"/>
          <w:szCs w:val="24"/>
        </w:rPr>
        <w:t xml:space="preserve"> 10/97, 107/07, 94/13, 98/19, 57/22 </w:t>
      </w:r>
      <w:proofErr w:type="spellStart"/>
      <w:r w:rsidRPr="00EB1E61">
        <w:rPr>
          <w:rFonts w:eastAsia="Liberation Serif"/>
          <w:sz w:val="24"/>
          <w:szCs w:val="24"/>
        </w:rPr>
        <w:t>i</w:t>
      </w:r>
      <w:proofErr w:type="spellEnd"/>
      <w:r w:rsidRPr="00EB1E61">
        <w:rPr>
          <w:rFonts w:eastAsia="Liberation Serif"/>
          <w:sz w:val="24"/>
          <w:szCs w:val="24"/>
        </w:rPr>
        <w:t xml:space="preserve"> 101/23) </w:t>
      </w:r>
      <w:proofErr w:type="spellStart"/>
      <w:r w:rsidRPr="00EB1E61">
        <w:rPr>
          <w:rFonts w:eastAsia="Liberation Serif"/>
          <w:sz w:val="24"/>
          <w:szCs w:val="24"/>
        </w:rPr>
        <w:t>te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Pravilnika</w:t>
      </w:r>
      <w:proofErr w:type="spellEnd"/>
      <w:r w:rsidRPr="00EB1E61">
        <w:rPr>
          <w:rFonts w:eastAsia="Liberation Serif"/>
          <w:sz w:val="24"/>
          <w:szCs w:val="24"/>
        </w:rPr>
        <w:t xml:space="preserve"> o </w:t>
      </w:r>
      <w:proofErr w:type="spellStart"/>
      <w:r w:rsidRPr="00EB1E61">
        <w:rPr>
          <w:rFonts w:eastAsia="Liberation Serif"/>
          <w:sz w:val="24"/>
          <w:szCs w:val="24"/>
        </w:rPr>
        <w:t>sadržaju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trajanju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programa</w:t>
      </w:r>
      <w:proofErr w:type="spellEnd"/>
      <w:r w:rsidRPr="00EB1E61">
        <w:rPr>
          <w:rFonts w:eastAsia="Liberation Serif"/>
          <w:sz w:val="24"/>
          <w:szCs w:val="24"/>
        </w:rPr>
        <w:t xml:space="preserve"> predškole („</w:t>
      </w:r>
      <w:proofErr w:type="spellStart"/>
      <w:r w:rsidRPr="00EB1E61">
        <w:rPr>
          <w:rFonts w:eastAsia="Liberation Serif"/>
          <w:sz w:val="24"/>
          <w:szCs w:val="24"/>
        </w:rPr>
        <w:t>Narodne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gramStart"/>
      <w:r w:rsidRPr="00EB1E61">
        <w:rPr>
          <w:rFonts w:eastAsia="Liberation Serif"/>
          <w:sz w:val="24"/>
          <w:szCs w:val="24"/>
        </w:rPr>
        <w:t xml:space="preserve">novine“ </w:t>
      </w:r>
      <w:proofErr w:type="spellStart"/>
      <w:r w:rsidRPr="00EB1E61">
        <w:rPr>
          <w:rFonts w:eastAsia="Liberation Serif"/>
          <w:sz w:val="24"/>
          <w:szCs w:val="24"/>
        </w:rPr>
        <w:t>broj</w:t>
      </w:r>
      <w:proofErr w:type="spellEnd"/>
      <w:proofErr w:type="gramEnd"/>
      <w:r w:rsidRPr="00EB1E61">
        <w:rPr>
          <w:rFonts w:eastAsia="Liberation Serif"/>
          <w:sz w:val="24"/>
          <w:szCs w:val="24"/>
        </w:rPr>
        <w:t xml:space="preserve"> 107/14), </w:t>
      </w:r>
      <w:proofErr w:type="spellStart"/>
      <w:r w:rsidRPr="00EB1E61">
        <w:rPr>
          <w:rFonts w:eastAsia="Liberation Serif"/>
          <w:sz w:val="24"/>
          <w:szCs w:val="24"/>
        </w:rPr>
        <w:t>Upravno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vijeće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Dječjeg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vrtića</w:t>
      </w:r>
      <w:proofErr w:type="spellEnd"/>
      <w:r w:rsidRPr="00EB1E61">
        <w:rPr>
          <w:rFonts w:eastAsia="Liberation Serif"/>
          <w:sz w:val="24"/>
          <w:szCs w:val="24"/>
        </w:rPr>
        <w:t xml:space="preserve"> „</w:t>
      </w:r>
      <w:proofErr w:type="gramStart"/>
      <w:r w:rsidRPr="00EB1E61">
        <w:rPr>
          <w:rFonts w:eastAsia="Liberation Serif"/>
          <w:sz w:val="24"/>
          <w:szCs w:val="24"/>
        </w:rPr>
        <w:t>Leptirići“ Podravske</w:t>
      </w:r>
      <w:proofErr w:type="gramEnd"/>
      <w:r w:rsidRPr="00EB1E61">
        <w:rPr>
          <w:rFonts w:eastAsia="Liberation Serif"/>
          <w:sz w:val="24"/>
          <w:szCs w:val="24"/>
        </w:rPr>
        <w:t xml:space="preserve"> Sesvete </w:t>
      </w:r>
      <w:proofErr w:type="spellStart"/>
      <w:r w:rsidRPr="00EB1E61">
        <w:rPr>
          <w:rFonts w:eastAsia="Liberation Serif"/>
          <w:sz w:val="24"/>
          <w:szCs w:val="24"/>
        </w:rPr>
        <w:t>objavljuje</w:t>
      </w:r>
      <w:proofErr w:type="spellEnd"/>
    </w:p>
    <w:p w14:paraId="36EA7A05" w14:textId="77777777" w:rsidR="008262B7" w:rsidRPr="005E318B" w:rsidRDefault="00000000">
      <w:pPr>
        <w:pStyle w:val="Naslov"/>
        <w:spacing w:after="0"/>
        <w:jc w:val="center"/>
        <w:rPr>
          <w:szCs w:val="28"/>
        </w:rPr>
      </w:pPr>
      <w:r w:rsidRPr="005E318B">
        <w:rPr>
          <w:rFonts w:ascii="Liberation Serif" w:eastAsia="Liberation Serif" w:hAnsi="Liberation Serif"/>
          <w:szCs w:val="28"/>
        </w:rPr>
        <w:t>JAVNI POZIV</w:t>
      </w:r>
    </w:p>
    <w:p w14:paraId="5C57F3E5" w14:textId="77777777" w:rsidR="008262B7" w:rsidRPr="005E318B" w:rsidRDefault="00000000">
      <w:pPr>
        <w:spacing w:after="0"/>
        <w:jc w:val="center"/>
        <w:rPr>
          <w:rFonts w:hint="eastAsia"/>
          <w:sz w:val="28"/>
          <w:szCs w:val="28"/>
        </w:rPr>
      </w:pPr>
      <w:r w:rsidRPr="005E318B">
        <w:rPr>
          <w:rFonts w:eastAsia="Liberation Serif"/>
          <w:b/>
          <w:sz w:val="28"/>
          <w:szCs w:val="28"/>
        </w:rPr>
        <w:t>ZA UPIS DJECE U PROGRAM PREDŠKOLE</w:t>
      </w:r>
    </w:p>
    <w:p w14:paraId="35348F7A" w14:textId="77777777" w:rsidR="008262B7" w:rsidRPr="005E318B" w:rsidRDefault="00000000">
      <w:pPr>
        <w:spacing w:after="140"/>
        <w:jc w:val="center"/>
        <w:rPr>
          <w:rFonts w:hint="eastAsia"/>
          <w:sz w:val="28"/>
          <w:szCs w:val="28"/>
        </w:rPr>
      </w:pPr>
      <w:r w:rsidRPr="005E318B">
        <w:rPr>
          <w:rFonts w:eastAsia="Liberation Serif"/>
          <w:b/>
          <w:sz w:val="28"/>
          <w:szCs w:val="28"/>
        </w:rPr>
        <w:t xml:space="preserve">ZA </w:t>
      </w:r>
      <w:proofErr w:type="gramStart"/>
      <w:r w:rsidRPr="005E318B">
        <w:rPr>
          <w:rFonts w:eastAsia="Liberation Serif"/>
          <w:b/>
          <w:sz w:val="28"/>
          <w:szCs w:val="28"/>
        </w:rPr>
        <w:t>2026./</w:t>
      </w:r>
      <w:proofErr w:type="gramEnd"/>
      <w:r w:rsidRPr="005E318B">
        <w:rPr>
          <w:rFonts w:eastAsia="Liberation Serif"/>
          <w:b/>
          <w:sz w:val="28"/>
          <w:szCs w:val="28"/>
        </w:rPr>
        <w:t>2027. PEDAGOŠKU GODINU</w:t>
      </w:r>
    </w:p>
    <w:p w14:paraId="3C711BC1" w14:textId="77777777" w:rsidR="008262B7" w:rsidRPr="00EB1E61" w:rsidRDefault="00000000" w:rsidP="00EB1E61">
      <w:pPr>
        <w:ind w:firstLine="454"/>
        <w:jc w:val="both"/>
        <w:rPr>
          <w:rFonts w:hint="eastAsia"/>
          <w:sz w:val="24"/>
          <w:szCs w:val="24"/>
        </w:rPr>
      </w:pPr>
      <w:proofErr w:type="spellStart"/>
      <w:r w:rsidRPr="00EB1E61">
        <w:rPr>
          <w:rFonts w:eastAsia="Liberation Serif"/>
          <w:sz w:val="24"/>
          <w:szCs w:val="24"/>
        </w:rPr>
        <w:t>Pozivaju</w:t>
      </w:r>
      <w:proofErr w:type="spellEnd"/>
      <w:r w:rsidRPr="00EB1E61">
        <w:rPr>
          <w:rFonts w:eastAsia="Liberation Serif"/>
          <w:sz w:val="24"/>
          <w:szCs w:val="24"/>
        </w:rPr>
        <w:t xml:space="preserve"> se </w:t>
      </w:r>
      <w:proofErr w:type="spellStart"/>
      <w:r w:rsidRPr="00EB1E61">
        <w:rPr>
          <w:rFonts w:eastAsia="Liberation Serif"/>
          <w:sz w:val="24"/>
          <w:szCs w:val="24"/>
        </w:rPr>
        <w:t>roditelji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predškolske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djece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rođene</w:t>
      </w:r>
      <w:proofErr w:type="spellEnd"/>
      <w:r w:rsidRPr="00EB1E61">
        <w:rPr>
          <w:rFonts w:eastAsia="Liberation Serif"/>
          <w:sz w:val="24"/>
          <w:szCs w:val="24"/>
        </w:rPr>
        <w:t xml:space="preserve"> u </w:t>
      </w:r>
      <w:proofErr w:type="spellStart"/>
      <w:r w:rsidRPr="00EB1E61">
        <w:rPr>
          <w:rFonts w:eastAsia="Liberation Serif"/>
          <w:sz w:val="24"/>
          <w:szCs w:val="24"/>
        </w:rPr>
        <w:t>razdoblju</w:t>
      </w:r>
      <w:proofErr w:type="spellEnd"/>
      <w:r w:rsidRPr="00EB1E61">
        <w:rPr>
          <w:rFonts w:eastAsia="Liberation Serif"/>
          <w:sz w:val="24"/>
          <w:szCs w:val="24"/>
        </w:rPr>
        <w:t xml:space="preserve"> od 1.4.2020. </w:t>
      </w:r>
      <w:proofErr w:type="spellStart"/>
      <w:r w:rsidRPr="00EB1E61">
        <w:rPr>
          <w:rFonts w:eastAsia="Liberation Serif"/>
          <w:sz w:val="24"/>
          <w:szCs w:val="24"/>
        </w:rPr>
        <w:t>do</w:t>
      </w:r>
      <w:proofErr w:type="spellEnd"/>
      <w:r w:rsidRPr="00EB1E61">
        <w:rPr>
          <w:rFonts w:eastAsia="Liberation Serif"/>
          <w:sz w:val="24"/>
          <w:szCs w:val="24"/>
        </w:rPr>
        <w:t xml:space="preserve"> 31.3.2021. </w:t>
      </w:r>
      <w:proofErr w:type="spellStart"/>
      <w:r w:rsidRPr="00EB1E61">
        <w:rPr>
          <w:rFonts w:eastAsia="Liberation Serif"/>
          <w:sz w:val="24"/>
          <w:szCs w:val="24"/>
        </w:rPr>
        <w:t>godine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koja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nisu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obuhvaćena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redovitim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programom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predškolskog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odgoja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na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upis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djece</w:t>
      </w:r>
      <w:proofErr w:type="spellEnd"/>
      <w:r w:rsidRPr="00EB1E61">
        <w:rPr>
          <w:rFonts w:eastAsia="Liberation Serif"/>
          <w:sz w:val="24"/>
          <w:szCs w:val="24"/>
        </w:rPr>
        <w:t xml:space="preserve"> u program predškole.</w:t>
      </w:r>
    </w:p>
    <w:p w14:paraId="5A428C2F" w14:textId="77777777" w:rsidR="008262B7" w:rsidRPr="00EB1E61" w:rsidRDefault="00000000" w:rsidP="00EB1E61">
      <w:pPr>
        <w:ind w:firstLine="454"/>
        <w:jc w:val="both"/>
        <w:rPr>
          <w:rFonts w:hint="eastAsia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Program predškole </w:t>
      </w:r>
      <w:proofErr w:type="spellStart"/>
      <w:r w:rsidRPr="00EB1E61">
        <w:rPr>
          <w:rFonts w:eastAsia="Liberation Serif"/>
          <w:sz w:val="24"/>
          <w:szCs w:val="24"/>
        </w:rPr>
        <w:t>obvezan</w:t>
      </w:r>
      <w:proofErr w:type="spellEnd"/>
      <w:r w:rsidRPr="00EB1E61">
        <w:rPr>
          <w:rFonts w:eastAsia="Liberation Serif"/>
          <w:sz w:val="24"/>
          <w:szCs w:val="24"/>
        </w:rPr>
        <w:t xml:space="preserve"> je za </w:t>
      </w:r>
      <w:proofErr w:type="spellStart"/>
      <w:r w:rsidRPr="00EB1E61">
        <w:rPr>
          <w:rFonts w:eastAsia="Liberation Serif"/>
          <w:sz w:val="24"/>
          <w:szCs w:val="24"/>
        </w:rPr>
        <w:t>svu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djecu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koja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nisu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obuhvaćena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redovitim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programom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predškolskog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odgoja</w:t>
      </w:r>
      <w:proofErr w:type="spellEnd"/>
      <w:r w:rsidRPr="00EB1E61">
        <w:rPr>
          <w:rFonts w:eastAsia="Liberation Serif"/>
          <w:sz w:val="24"/>
          <w:szCs w:val="24"/>
        </w:rPr>
        <w:t xml:space="preserve"> u </w:t>
      </w:r>
      <w:proofErr w:type="spellStart"/>
      <w:r w:rsidRPr="00EB1E61">
        <w:rPr>
          <w:rFonts w:eastAsia="Liberation Serif"/>
          <w:sz w:val="24"/>
          <w:szCs w:val="24"/>
        </w:rPr>
        <w:t>godini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prije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polaska</w:t>
      </w:r>
      <w:proofErr w:type="spellEnd"/>
      <w:r w:rsidRPr="00EB1E61">
        <w:rPr>
          <w:rFonts w:eastAsia="Liberation Serif"/>
          <w:sz w:val="24"/>
          <w:szCs w:val="24"/>
        </w:rPr>
        <w:t xml:space="preserve"> u </w:t>
      </w:r>
      <w:proofErr w:type="spellStart"/>
      <w:r w:rsidRPr="00EB1E61">
        <w:rPr>
          <w:rFonts w:eastAsia="Liberation Serif"/>
          <w:sz w:val="24"/>
          <w:szCs w:val="24"/>
        </w:rPr>
        <w:t>osnovnu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školu</w:t>
      </w:r>
      <w:proofErr w:type="spellEnd"/>
      <w:r w:rsidRPr="00EB1E61">
        <w:rPr>
          <w:rFonts w:eastAsia="Liberation Serif"/>
          <w:sz w:val="24"/>
          <w:szCs w:val="24"/>
        </w:rPr>
        <w:t>.</w:t>
      </w:r>
    </w:p>
    <w:p w14:paraId="4608D572" w14:textId="77777777" w:rsidR="008262B7" w:rsidRPr="00EB1E61" w:rsidRDefault="00000000" w:rsidP="00EB1E61">
      <w:pPr>
        <w:spacing w:after="120"/>
        <w:ind w:firstLine="454"/>
        <w:jc w:val="both"/>
        <w:rPr>
          <w:rFonts w:hint="eastAsia"/>
          <w:sz w:val="24"/>
          <w:szCs w:val="24"/>
        </w:rPr>
      </w:pPr>
      <w:proofErr w:type="spellStart"/>
      <w:r w:rsidRPr="00EB1E61">
        <w:rPr>
          <w:rFonts w:eastAsia="Liberation Serif"/>
          <w:sz w:val="24"/>
          <w:szCs w:val="24"/>
        </w:rPr>
        <w:t>Djeca</w:t>
      </w:r>
      <w:proofErr w:type="spellEnd"/>
      <w:r w:rsidRPr="00EB1E61">
        <w:rPr>
          <w:rFonts w:eastAsia="Liberation Serif"/>
          <w:sz w:val="24"/>
          <w:szCs w:val="24"/>
        </w:rPr>
        <w:t xml:space="preserve"> s </w:t>
      </w:r>
      <w:proofErr w:type="spellStart"/>
      <w:r w:rsidRPr="00EB1E61">
        <w:rPr>
          <w:rFonts w:eastAsia="Liberation Serif"/>
          <w:sz w:val="24"/>
          <w:szCs w:val="24"/>
        </w:rPr>
        <w:t>teškoćama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mogu</w:t>
      </w:r>
      <w:proofErr w:type="spellEnd"/>
      <w:r w:rsidRPr="00EB1E61">
        <w:rPr>
          <w:rFonts w:eastAsia="Liberation Serif"/>
          <w:sz w:val="24"/>
          <w:szCs w:val="24"/>
        </w:rPr>
        <w:t xml:space="preserve"> se </w:t>
      </w:r>
      <w:proofErr w:type="spellStart"/>
      <w:r w:rsidRPr="00EB1E61">
        <w:rPr>
          <w:rFonts w:eastAsia="Liberation Serif"/>
          <w:sz w:val="24"/>
          <w:szCs w:val="24"/>
        </w:rPr>
        <w:t>prijaviti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dvije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godine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prije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polaska</w:t>
      </w:r>
      <w:proofErr w:type="spellEnd"/>
      <w:r w:rsidRPr="00EB1E61">
        <w:rPr>
          <w:rFonts w:eastAsia="Liberation Serif"/>
          <w:sz w:val="24"/>
          <w:szCs w:val="24"/>
        </w:rPr>
        <w:t xml:space="preserve"> u </w:t>
      </w:r>
      <w:proofErr w:type="spellStart"/>
      <w:r w:rsidRPr="00EB1E61">
        <w:rPr>
          <w:rFonts w:eastAsia="Liberation Serif"/>
          <w:sz w:val="24"/>
          <w:szCs w:val="24"/>
        </w:rPr>
        <w:t>osnovnu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školu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ukoliko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dostave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Rješenje</w:t>
      </w:r>
      <w:proofErr w:type="spellEnd"/>
      <w:r w:rsidRPr="00EB1E61">
        <w:rPr>
          <w:rFonts w:eastAsia="Liberation Serif"/>
          <w:sz w:val="24"/>
          <w:szCs w:val="24"/>
        </w:rPr>
        <w:t xml:space="preserve"> o </w:t>
      </w:r>
      <w:proofErr w:type="spellStart"/>
      <w:r w:rsidRPr="00EB1E61">
        <w:rPr>
          <w:rFonts w:eastAsia="Liberation Serif"/>
          <w:sz w:val="24"/>
          <w:szCs w:val="24"/>
        </w:rPr>
        <w:t>kategorizaciji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nadležne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ustanove</w:t>
      </w:r>
      <w:proofErr w:type="spellEnd"/>
      <w:r w:rsidRPr="00EB1E61">
        <w:rPr>
          <w:rFonts w:eastAsia="Liberation Serif"/>
          <w:sz w:val="24"/>
          <w:szCs w:val="24"/>
        </w:rPr>
        <w:t>.</w:t>
      </w:r>
    </w:p>
    <w:p w14:paraId="5BF13F3E" w14:textId="77777777" w:rsidR="008262B7" w:rsidRPr="00EB1E61" w:rsidRDefault="00000000" w:rsidP="00EB1E61">
      <w:pPr>
        <w:spacing w:after="140"/>
        <w:ind w:firstLine="454"/>
        <w:jc w:val="both"/>
        <w:rPr>
          <w:rFonts w:hint="eastAsia"/>
          <w:sz w:val="24"/>
          <w:szCs w:val="24"/>
        </w:rPr>
      </w:pPr>
      <w:r w:rsidRPr="00EB1E61">
        <w:rPr>
          <w:rFonts w:eastAsia="Liberation Serif"/>
          <w:b/>
          <w:sz w:val="24"/>
          <w:szCs w:val="24"/>
          <w:u w:val="single"/>
        </w:rPr>
        <w:t xml:space="preserve">Program predškole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obvezan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je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i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besplatan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i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provodit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će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se od 5.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listopada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2026.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godine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do 31.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svibnja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2027.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godine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(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odnosno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do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ispunjenja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250 sati) u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Dječjem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vrtiću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„</w:t>
      </w:r>
      <w:proofErr w:type="gramStart"/>
      <w:r w:rsidRPr="00EB1E61">
        <w:rPr>
          <w:rFonts w:eastAsia="Liberation Serif"/>
          <w:b/>
          <w:sz w:val="24"/>
          <w:szCs w:val="24"/>
          <w:u w:val="single"/>
        </w:rPr>
        <w:t>Leptirići“</w:t>
      </w:r>
      <w:proofErr w:type="gramEnd"/>
      <w:r w:rsidRPr="00EB1E61">
        <w:rPr>
          <w:rFonts w:eastAsia="Liberation Serif"/>
          <w:b/>
          <w:sz w:val="24"/>
          <w:szCs w:val="24"/>
          <w:u w:val="single"/>
        </w:rPr>
        <w:t xml:space="preserve">,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Trg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kralja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Tomislava 14, Podravske Sesvete.</w:t>
      </w:r>
    </w:p>
    <w:p w14:paraId="04BE8812" w14:textId="22A89DDC" w:rsidR="00EB1E61" w:rsidRPr="00D91E93" w:rsidRDefault="00000000" w:rsidP="00D91E93">
      <w:pPr>
        <w:spacing w:after="140"/>
        <w:ind w:firstLine="454"/>
        <w:jc w:val="both"/>
        <w:rPr>
          <w:rFonts w:eastAsia="Liberation Serif"/>
          <w:color w:val="1F4E79"/>
          <w:sz w:val="24"/>
          <w:szCs w:val="24"/>
          <w:u w:val="single"/>
        </w:rPr>
      </w:pPr>
      <w:r w:rsidRPr="00EB1E61">
        <w:rPr>
          <w:rFonts w:eastAsia="Liberation Serif"/>
          <w:sz w:val="24"/>
          <w:szCs w:val="24"/>
        </w:rPr>
        <w:t xml:space="preserve">Obrazac </w:t>
      </w:r>
      <w:proofErr w:type="spellStart"/>
      <w:r w:rsidRPr="00EB1E61">
        <w:rPr>
          <w:rFonts w:eastAsia="Liberation Serif"/>
          <w:sz w:val="24"/>
          <w:szCs w:val="24"/>
        </w:rPr>
        <w:t>zahtjeva</w:t>
      </w:r>
      <w:proofErr w:type="spellEnd"/>
      <w:r w:rsidRPr="00EB1E61">
        <w:rPr>
          <w:rFonts w:eastAsia="Liberation Serif"/>
          <w:sz w:val="24"/>
          <w:szCs w:val="24"/>
        </w:rPr>
        <w:t xml:space="preserve"> za </w:t>
      </w:r>
      <w:proofErr w:type="spellStart"/>
      <w:r w:rsidRPr="00EB1E61">
        <w:rPr>
          <w:rFonts w:eastAsia="Liberation Serif"/>
          <w:sz w:val="24"/>
          <w:szCs w:val="24"/>
        </w:rPr>
        <w:t>upis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možete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preuzeti</w:t>
      </w:r>
      <w:proofErr w:type="spellEnd"/>
      <w:r w:rsidRPr="00EB1E61">
        <w:rPr>
          <w:rFonts w:eastAsia="Liberation Serif"/>
          <w:sz w:val="24"/>
          <w:szCs w:val="24"/>
        </w:rPr>
        <w:t xml:space="preserve"> u </w:t>
      </w:r>
      <w:proofErr w:type="spellStart"/>
      <w:r w:rsidRPr="00EB1E61">
        <w:rPr>
          <w:rFonts w:eastAsia="Liberation Serif"/>
          <w:sz w:val="24"/>
          <w:szCs w:val="24"/>
        </w:rPr>
        <w:t>Upravi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Dječjeg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vrtića</w:t>
      </w:r>
      <w:proofErr w:type="spellEnd"/>
      <w:r w:rsidRPr="00EB1E61">
        <w:rPr>
          <w:rFonts w:eastAsia="Liberation Serif"/>
          <w:sz w:val="24"/>
          <w:szCs w:val="24"/>
        </w:rPr>
        <w:t xml:space="preserve"> „</w:t>
      </w:r>
      <w:proofErr w:type="gramStart"/>
      <w:r w:rsidRPr="00EB1E61">
        <w:rPr>
          <w:rFonts w:eastAsia="Liberation Serif"/>
          <w:sz w:val="24"/>
          <w:szCs w:val="24"/>
        </w:rPr>
        <w:t>Leptirići“ Podravske</w:t>
      </w:r>
      <w:proofErr w:type="gramEnd"/>
      <w:r w:rsidRPr="00EB1E61">
        <w:rPr>
          <w:rFonts w:eastAsia="Liberation Serif"/>
          <w:sz w:val="24"/>
          <w:szCs w:val="24"/>
        </w:rPr>
        <w:t xml:space="preserve"> Sesvete </w:t>
      </w:r>
      <w:proofErr w:type="spellStart"/>
      <w:r w:rsidRPr="00EB1E61">
        <w:rPr>
          <w:rFonts w:eastAsia="Liberation Serif"/>
          <w:sz w:val="24"/>
          <w:szCs w:val="24"/>
        </w:rPr>
        <w:t>ili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na</w:t>
      </w:r>
      <w:proofErr w:type="spellEnd"/>
      <w:r w:rsidRPr="00EB1E61">
        <w:rPr>
          <w:rFonts w:eastAsia="Liberation Serif"/>
          <w:sz w:val="24"/>
          <w:szCs w:val="24"/>
        </w:rPr>
        <w:t xml:space="preserve"> web </w:t>
      </w:r>
      <w:proofErr w:type="spellStart"/>
      <w:r w:rsidRPr="00EB1E61">
        <w:rPr>
          <w:rFonts w:eastAsia="Liberation Serif"/>
          <w:sz w:val="24"/>
          <w:szCs w:val="24"/>
        </w:rPr>
        <w:t>stranicama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vrtića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hyperlink r:id="rId7" w:history="1">
        <w:r w:rsidR="00EB1E61" w:rsidRPr="00761340">
          <w:rPr>
            <w:rStyle w:val="Hiperveza"/>
            <w:rFonts w:eastAsia="Liberation Serif"/>
            <w:sz w:val="24"/>
            <w:szCs w:val="24"/>
          </w:rPr>
          <w:t>www.dv-leptirici.hr</w:t>
        </w:r>
      </w:hyperlink>
    </w:p>
    <w:p w14:paraId="0B9BA7BB" w14:textId="77777777" w:rsidR="008262B7" w:rsidRPr="00EB1E61" w:rsidRDefault="00000000" w:rsidP="00EB1E61">
      <w:pPr>
        <w:spacing w:after="40"/>
        <w:ind w:firstLine="454"/>
        <w:jc w:val="both"/>
        <w:rPr>
          <w:rFonts w:hint="eastAsia"/>
          <w:sz w:val="24"/>
          <w:szCs w:val="24"/>
        </w:rPr>
      </w:pPr>
      <w:proofErr w:type="spellStart"/>
      <w:r w:rsidRPr="00EB1E61">
        <w:rPr>
          <w:rFonts w:eastAsia="Liberation Serif"/>
          <w:b/>
          <w:sz w:val="24"/>
          <w:szCs w:val="24"/>
        </w:rPr>
        <w:t>Zahtjev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za </w:t>
      </w:r>
      <w:proofErr w:type="spellStart"/>
      <w:r w:rsidRPr="00EB1E61">
        <w:rPr>
          <w:rFonts w:eastAsia="Liberation Serif"/>
          <w:b/>
          <w:sz w:val="24"/>
          <w:szCs w:val="24"/>
        </w:rPr>
        <w:t>upis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mogu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podnijeti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roditelji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ili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skrbnici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djece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s </w:t>
      </w:r>
      <w:proofErr w:type="spellStart"/>
      <w:r w:rsidRPr="00EB1E61">
        <w:rPr>
          <w:rFonts w:eastAsia="Liberation Serif"/>
          <w:b/>
          <w:sz w:val="24"/>
          <w:szCs w:val="24"/>
        </w:rPr>
        <w:t>područja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b/>
          <w:sz w:val="24"/>
          <w:szCs w:val="24"/>
        </w:rPr>
        <w:t>Općine</w:t>
      </w:r>
      <w:proofErr w:type="spellEnd"/>
      <w:r w:rsidRPr="00EB1E61">
        <w:rPr>
          <w:rFonts w:eastAsia="Liberation Serif"/>
          <w:b/>
          <w:sz w:val="24"/>
          <w:szCs w:val="24"/>
        </w:rPr>
        <w:t xml:space="preserve"> Podravske Sesvete.</w:t>
      </w:r>
    </w:p>
    <w:p w14:paraId="6D7E76D7" w14:textId="77777777" w:rsidR="008262B7" w:rsidRPr="00EB1E61" w:rsidRDefault="00000000" w:rsidP="00EB1E61">
      <w:pPr>
        <w:spacing w:after="20"/>
        <w:ind w:firstLine="454"/>
        <w:jc w:val="both"/>
        <w:rPr>
          <w:rFonts w:hint="eastAsia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Uz </w:t>
      </w:r>
      <w:proofErr w:type="spellStart"/>
      <w:r w:rsidRPr="00EB1E61">
        <w:rPr>
          <w:rFonts w:eastAsia="Liberation Serif"/>
          <w:sz w:val="24"/>
          <w:szCs w:val="24"/>
        </w:rPr>
        <w:t>zahtjev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potrebno</w:t>
      </w:r>
      <w:proofErr w:type="spellEnd"/>
      <w:r w:rsidRPr="00EB1E61">
        <w:rPr>
          <w:rFonts w:eastAsia="Liberation Serif"/>
          <w:sz w:val="24"/>
          <w:szCs w:val="24"/>
        </w:rPr>
        <w:t xml:space="preserve"> je </w:t>
      </w:r>
      <w:proofErr w:type="spellStart"/>
      <w:r w:rsidRPr="00EB1E61">
        <w:rPr>
          <w:rFonts w:eastAsia="Liberation Serif"/>
          <w:sz w:val="24"/>
          <w:szCs w:val="24"/>
        </w:rPr>
        <w:t>obvezno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priložiti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sljedeću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dokumentaciju</w:t>
      </w:r>
      <w:proofErr w:type="spellEnd"/>
      <w:r w:rsidRPr="00EB1E61">
        <w:rPr>
          <w:rFonts w:eastAsia="Liberation Serif"/>
          <w:sz w:val="24"/>
          <w:szCs w:val="24"/>
        </w:rPr>
        <w:t>:</w:t>
      </w:r>
    </w:p>
    <w:p w14:paraId="27A20201" w14:textId="77777777" w:rsidR="008262B7" w:rsidRPr="00EB1E61" w:rsidRDefault="00000000" w:rsidP="00EB1E61">
      <w:pPr>
        <w:spacing w:after="24" w:line="240" w:lineRule="auto"/>
        <w:ind w:left="454"/>
        <w:jc w:val="both"/>
        <w:rPr>
          <w:rFonts w:hint="eastAsia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–  </w:t>
      </w:r>
      <w:proofErr w:type="spellStart"/>
      <w:r w:rsidRPr="00EB1E61">
        <w:rPr>
          <w:rFonts w:eastAsia="Liberation Serif"/>
          <w:sz w:val="24"/>
          <w:szCs w:val="24"/>
        </w:rPr>
        <w:t>rodni</w:t>
      </w:r>
      <w:proofErr w:type="spellEnd"/>
      <w:r w:rsidRPr="00EB1E61">
        <w:rPr>
          <w:rFonts w:eastAsia="Liberation Serif"/>
          <w:sz w:val="24"/>
          <w:szCs w:val="24"/>
        </w:rPr>
        <w:t xml:space="preserve"> list </w:t>
      </w:r>
      <w:proofErr w:type="spellStart"/>
      <w:r w:rsidRPr="00EB1E61">
        <w:rPr>
          <w:rFonts w:eastAsia="Liberation Serif"/>
          <w:sz w:val="24"/>
          <w:szCs w:val="24"/>
        </w:rPr>
        <w:t>ili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izvadak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iz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matice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rođenih</w:t>
      </w:r>
      <w:proofErr w:type="spellEnd"/>
      <w:r w:rsidRPr="00EB1E61">
        <w:rPr>
          <w:rFonts w:eastAsia="Liberation Serif"/>
          <w:sz w:val="24"/>
          <w:szCs w:val="24"/>
        </w:rPr>
        <w:t xml:space="preserve"> za </w:t>
      </w:r>
      <w:proofErr w:type="spellStart"/>
      <w:r w:rsidRPr="00EB1E61">
        <w:rPr>
          <w:rFonts w:eastAsia="Liberation Serif"/>
          <w:sz w:val="24"/>
          <w:szCs w:val="24"/>
        </w:rPr>
        <w:t>dijete</w:t>
      </w:r>
      <w:proofErr w:type="spellEnd"/>
      <w:r w:rsidRPr="00EB1E61">
        <w:rPr>
          <w:rFonts w:eastAsia="Liberation Serif"/>
          <w:sz w:val="24"/>
          <w:szCs w:val="24"/>
        </w:rPr>
        <w:t xml:space="preserve"> (</w:t>
      </w:r>
      <w:proofErr w:type="spellStart"/>
      <w:r w:rsidRPr="00EB1E61">
        <w:rPr>
          <w:rFonts w:eastAsia="Liberation Serif"/>
          <w:sz w:val="24"/>
          <w:szCs w:val="24"/>
        </w:rPr>
        <w:t>preslika</w:t>
      </w:r>
      <w:proofErr w:type="spellEnd"/>
      <w:r w:rsidRPr="00EB1E61">
        <w:rPr>
          <w:rFonts w:eastAsia="Liberation Serif"/>
          <w:sz w:val="24"/>
          <w:szCs w:val="24"/>
        </w:rPr>
        <w:t>)</w:t>
      </w:r>
    </w:p>
    <w:p w14:paraId="04974EE6" w14:textId="77777777" w:rsidR="00C6444D" w:rsidRDefault="00000000" w:rsidP="00C6444D">
      <w:pPr>
        <w:spacing w:after="24" w:line="240" w:lineRule="auto"/>
        <w:ind w:left="454"/>
        <w:jc w:val="both"/>
        <w:rPr>
          <w:rFonts w:eastAsia="Liberation Serif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–  </w:t>
      </w:r>
      <w:proofErr w:type="spellStart"/>
      <w:r w:rsidRPr="00EB1E61">
        <w:rPr>
          <w:rFonts w:eastAsia="Liberation Serif"/>
          <w:sz w:val="24"/>
          <w:szCs w:val="24"/>
        </w:rPr>
        <w:t>uvjerenje</w:t>
      </w:r>
      <w:proofErr w:type="spellEnd"/>
      <w:r w:rsidRPr="00EB1E61">
        <w:rPr>
          <w:rFonts w:eastAsia="Liberation Serif"/>
          <w:sz w:val="24"/>
          <w:szCs w:val="24"/>
        </w:rPr>
        <w:t xml:space="preserve"> o </w:t>
      </w:r>
      <w:proofErr w:type="spellStart"/>
      <w:r w:rsidRPr="00EB1E61">
        <w:rPr>
          <w:rFonts w:eastAsia="Liberation Serif"/>
          <w:sz w:val="24"/>
          <w:szCs w:val="24"/>
        </w:rPr>
        <w:t>prebivalištu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djeteta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</w:p>
    <w:p w14:paraId="003BE799" w14:textId="7CF1F05F" w:rsidR="00C6444D" w:rsidRPr="00C6444D" w:rsidRDefault="00C6444D" w:rsidP="00C6444D">
      <w:pPr>
        <w:pStyle w:val="Odlomakpopisa"/>
        <w:numPr>
          <w:ilvl w:val="0"/>
          <w:numId w:val="13"/>
        </w:numPr>
        <w:spacing w:after="24" w:line="240" w:lineRule="auto"/>
        <w:jc w:val="both"/>
        <w:rPr>
          <w:rFonts w:eastAsia="Liberation Serif" w:hint="eastAsia"/>
          <w:sz w:val="24"/>
          <w:szCs w:val="24"/>
        </w:rPr>
      </w:pPr>
      <w:proofErr w:type="spellStart"/>
      <w:r w:rsidRPr="00C6444D">
        <w:rPr>
          <w:sz w:val="24"/>
          <w:szCs w:val="24"/>
        </w:rPr>
        <w:t>kopije</w:t>
      </w:r>
      <w:proofErr w:type="spellEnd"/>
      <w:r w:rsidRPr="00C6444D">
        <w:rPr>
          <w:sz w:val="24"/>
          <w:szCs w:val="24"/>
        </w:rPr>
        <w:t xml:space="preserve"> </w:t>
      </w:r>
      <w:proofErr w:type="spellStart"/>
      <w:r w:rsidRPr="00C6444D">
        <w:rPr>
          <w:sz w:val="24"/>
          <w:szCs w:val="24"/>
        </w:rPr>
        <w:t>osobnih</w:t>
      </w:r>
      <w:proofErr w:type="spellEnd"/>
      <w:r w:rsidRPr="00C6444D">
        <w:rPr>
          <w:sz w:val="24"/>
          <w:szCs w:val="24"/>
        </w:rPr>
        <w:t xml:space="preserve"> </w:t>
      </w:r>
      <w:proofErr w:type="spellStart"/>
      <w:r w:rsidRPr="00C6444D">
        <w:rPr>
          <w:sz w:val="24"/>
          <w:szCs w:val="24"/>
        </w:rPr>
        <w:t>iskaznica</w:t>
      </w:r>
      <w:proofErr w:type="spellEnd"/>
      <w:r w:rsidRPr="00C6444D">
        <w:rPr>
          <w:sz w:val="24"/>
          <w:szCs w:val="24"/>
        </w:rPr>
        <w:t xml:space="preserve"> oba </w:t>
      </w:r>
      <w:proofErr w:type="spellStart"/>
      <w:r w:rsidRPr="00C6444D">
        <w:rPr>
          <w:sz w:val="24"/>
          <w:szCs w:val="24"/>
        </w:rPr>
        <w:t>roditelja</w:t>
      </w:r>
      <w:proofErr w:type="spellEnd"/>
    </w:p>
    <w:p w14:paraId="11F74B89" w14:textId="7469D1C3" w:rsidR="008262B7" w:rsidRDefault="00000000" w:rsidP="00EB1E61">
      <w:pPr>
        <w:spacing w:after="24" w:line="240" w:lineRule="auto"/>
        <w:ind w:left="454"/>
        <w:jc w:val="both"/>
        <w:rPr>
          <w:rFonts w:eastAsia="Liberation Serif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–  </w:t>
      </w:r>
      <w:proofErr w:type="spellStart"/>
      <w:r w:rsidRPr="00EB1E61">
        <w:rPr>
          <w:rFonts w:eastAsia="Liberation Serif"/>
          <w:sz w:val="24"/>
          <w:szCs w:val="24"/>
        </w:rPr>
        <w:t>potvrda</w:t>
      </w:r>
      <w:proofErr w:type="spellEnd"/>
      <w:r w:rsidRPr="00EB1E61">
        <w:rPr>
          <w:rFonts w:eastAsia="Liberation Serif"/>
          <w:sz w:val="24"/>
          <w:szCs w:val="24"/>
        </w:rPr>
        <w:t xml:space="preserve"> o </w:t>
      </w:r>
      <w:proofErr w:type="spellStart"/>
      <w:r w:rsidRPr="00EB1E61">
        <w:rPr>
          <w:rFonts w:eastAsia="Liberation Serif"/>
          <w:sz w:val="24"/>
          <w:szCs w:val="24"/>
        </w:rPr>
        <w:t>obavljenom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sistematskom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pregledu</w:t>
      </w:r>
      <w:proofErr w:type="spellEnd"/>
    </w:p>
    <w:p w14:paraId="2F54F2C0" w14:textId="2DB6360B" w:rsidR="00C6444D" w:rsidRPr="00C6444D" w:rsidRDefault="00C6444D" w:rsidP="00C6444D">
      <w:pPr>
        <w:pStyle w:val="Odlomakpopisa"/>
        <w:numPr>
          <w:ilvl w:val="0"/>
          <w:numId w:val="13"/>
        </w:numPr>
        <w:spacing w:after="24" w:line="240" w:lineRule="auto"/>
        <w:jc w:val="both"/>
        <w:rPr>
          <w:rFonts w:hint="eastAsia"/>
          <w:sz w:val="24"/>
          <w:szCs w:val="24"/>
        </w:rPr>
      </w:pPr>
      <w:proofErr w:type="spellStart"/>
      <w:r>
        <w:rPr>
          <w:sz w:val="24"/>
          <w:szCs w:val="24"/>
        </w:rPr>
        <w:t>knjižica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cijepljenja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kopija</w:t>
      </w:r>
      <w:proofErr w:type="spellEnd"/>
      <w:r>
        <w:rPr>
          <w:sz w:val="24"/>
          <w:szCs w:val="24"/>
        </w:rPr>
        <w:t>)</w:t>
      </w:r>
    </w:p>
    <w:p w14:paraId="6ACEF69B" w14:textId="263D8F21" w:rsidR="00EB1E61" w:rsidRPr="00D91E93" w:rsidRDefault="00000000" w:rsidP="00D91E93">
      <w:pPr>
        <w:spacing w:after="24" w:line="240" w:lineRule="auto"/>
        <w:ind w:left="454"/>
        <w:jc w:val="both"/>
        <w:rPr>
          <w:rFonts w:eastAsia="Liberation Serif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–  </w:t>
      </w:r>
      <w:proofErr w:type="spellStart"/>
      <w:r w:rsidRPr="00EB1E61">
        <w:rPr>
          <w:rFonts w:eastAsia="Liberation Serif"/>
          <w:sz w:val="24"/>
          <w:szCs w:val="24"/>
        </w:rPr>
        <w:t>ukoliko</w:t>
      </w:r>
      <w:proofErr w:type="spellEnd"/>
      <w:r w:rsidRPr="00EB1E61">
        <w:rPr>
          <w:rFonts w:eastAsia="Liberation Serif"/>
          <w:sz w:val="24"/>
          <w:szCs w:val="24"/>
        </w:rPr>
        <w:t xml:space="preserve"> se </w:t>
      </w:r>
      <w:proofErr w:type="spellStart"/>
      <w:r w:rsidRPr="00EB1E61">
        <w:rPr>
          <w:rFonts w:eastAsia="Liberation Serif"/>
          <w:sz w:val="24"/>
          <w:szCs w:val="24"/>
        </w:rPr>
        <w:t>radi</w:t>
      </w:r>
      <w:proofErr w:type="spellEnd"/>
      <w:r w:rsidRPr="00EB1E61">
        <w:rPr>
          <w:rFonts w:eastAsia="Liberation Serif"/>
          <w:sz w:val="24"/>
          <w:szCs w:val="24"/>
        </w:rPr>
        <w:t xml:space="preserve"> o </w:t>
      </w:r>
      <w:proofErr w:type="spellStart"/>
      <w:r w:rsidRPr="00EB1E61">
        <w:rPr>
          <w:rFonts w:eastAsia="Liberation Serif"/>
          <w:sz w:val="24"/>
          <w:szCs w:val="24"/>
        </w:rPr>
        <w:t>djetetu</w:t>
      </w:r>
      <w:proofErr w:type="spellEnd"/>
      <w:r w:rsidRPr="00EB1E61">
        <w:rPr>
          <w:rFonts w:eastAsia="Liberation Serif"/>
          <w:sz w:val="24"/>
          <w:szCs w:val="24"/>
        </w:rPr>
        <w:t xml:space="preserve"> s </w:t>
      </w:r>
      <w:proofErr w:type="spellStart"/>
      <w:r w:rsidRPr="00EB1E61">
        <w:rPr>
          <w:rFonts w:eastAsia="Liberation Serif"/>
          <w:sz w:val="24"/>
          <w:szCs w:val="24"/>
        </w:rPr>
        <w:t>teškoćama</w:t>
      </w:r>
      <w:proofErr w:type="spellEnd"/>
      <w:r w:rsidRPr="00EB1E61">
        <w:rPr>
          <w:rFonts w:eastAsia="Liberation Serif"/>
          <w:sz w:val="24"/>
          <w:szCs w:val="24"/>
        </w:rPr>
        <w:t xml:space="preserve"> u </w:t>
      </w:r>
      <w:proofErr w:type="spellStart"/>
      <w:r w:rsidRPr="00EB1E61">
        <w:rPr>
          <w:rFonts w:eastAsia="Liberation Serif"/>
          <w:sz w:val="24"/>
          <w:szCs w:val="24"/>
        </w:rPr>
        <w:t>razvoju</w:t>
      </w:r>
      <w:proofErr w:type="spellEnd"/>
      <w:r w:rsidRPr="00EB1E61">
        <w:rPr>
          <w:rFonts w:eastAsia="Liberation Serif"/>
          <w:sz w:val="24"/>
          <w:szCs w:val="24"/>
        </w:rPr>
        <w:t xml:space="preserve">: </w:t>
      </w:r>
      <w:proofErr w:type="spellStart"/>
      <w:r w:rsidRPr="00EB1E61">
        <w:rPr>
          <w:rFonts w:eastAsia="Liberation Serif"/>
          <w:sz w:val="24"/>
          <w:szCs w:val="24"/>
        </w:rPr>
        <w:t>preslika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zdravstvene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druge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dokumentacije</w:t>
      </w:r>
      <w:proofErr w:type="spellEnd"/>
      <w:r w:rsidRPr="00EB1E61">
        <w:rPr>
          <w:rFonts w:eastAsia="Liberation Serif"/>
          <w:sz w:val="24"/>
          <w:szCs w:val="24"/>
        </w:rPr>
        <w:t xml:space="preserve"> (</w:t>
      </w:r>
      <w:proofErr w:type="spellStart"/>
      <w:r w:rsidRPr="00EB1E61">
        <w:rPr>
          <w:rFonts w:eastAsia="Liberation Serif"/>
          <w:sz w:val="24"/>
          <w:szCs w:val="24"/>
        </w:rPr>
        <w:t>sukladno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članku</w:t>
      </w:r>
      <w:proofErr w:type="spellEnd"/>
      <w:r w:rsidRPr="00EB1E61">
        <w:rPr>
          <w:rFonts w:eastAsia="Liberation Serif"/>
          <w:sz w:val="24"/>
          <w:szCs w:val="24"/>
        </w:rPr>
        <w:t xml:space="preserve"> 6. </w:t>
      </w:r>
      <w:proofErr w:type="spellStart"/>
      <w:r w:rsidRPr="00EB1E61">
        <w:rPr>
          <w:rFonts w:eastAsia="Liberation Serif"/>
          <w:sz w:val="24"/>
          <w:szCs w:val="24"/>
        </w:rPr>
        <w:t>Državnog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pedagoškog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standarda</w:t>
      </w:r>
      <w:proofErr w:type="spellEnd"/>
      <w:r w:rsidRPr="00EB1E61">
        <w:rPr>
          <w:rFonts w:eastAsia="Liberation Serif"/>
          <w:sz w:val="24"/>
          <w:szCs w:val="24"/>
        </w:rPr>
        <w:t>)</w:t>
      </w:r>
    </w:p>
    <w:p w14:paraId="1C5AE570" w14:textId="77777777" w:rsidR="00D91E93" w:rsidRDefault="00D91E93" w:rsidP="00D91E93">
      <w:pPr>
        <w:spacing w:before="100" w:after="80"/>
        <w:rPr>
          <w:rFonts w:eastAsia="Liberation Serif"/>
          <w:sz w:val="24"/>
          <w:szCs w:val="24"/>
        </w:rPr>
      </w:pPr>
    </w:p>
    <w:p w14:paraId="2B3DCC7F" w14:textId="39BCD597" w:rsidR="008262B7" w:rsidRPr="00EB1E61" w:rsidRDefault="00000000" w:rsidP="00D91E93">
      <w:pPr>
        <w:spacing w:before="100" w:after="80"/>
        <w:ind w:firstLine="454"/>
        <w:rPr>
          <w:rFonts w:hint="eastAsia"/>
          <w:sz w:val="24"/>
          <w:szCs w:val="24"/>
        </w:rPr>
      </w:pPr>
      <w:proofErr w:type="spellStart"/>
      <w:r w:rsidRPr="00EB1E61">
        <w:rPr>
          <w:rFonts w:eastAsia="Liberation Serif"/>
          <w:sz w:val="24"/>
          <w:szCs w:val="24"/>
        </w:rPr>
        <w:t>Zahtjevi</w:t>
      </w:r>
      <w:proofErr w:type="spellEnd"/>
      <w:r w:rsidRPr="00EB1E61">
        <w:rPr>
          <w:rFonts w:eastAsia="Liberation Serif"/>
          <w:sz w:val="24"/>
          <w:szCs w:val="24"/>
        </w:rPr>
        <w:t xml:space="preserve"> za </w:t>
      </w:r>
      <w:proofErr w:type="spellStart"/>
      <w:r w:rsidRPr="00EB1E61">
        <w:rPr>
          <w:rFonts w:eastAsia="Liberation Serif"/>
          <w:sz w:val="24"/>
          <w:szCs w:val="24"/>
        </w:rPr>
        <w:t>upis</w:t>
      </w:r>
      <w:proofErr w:type="spellEnd"/>
      <w:r w:rsidRPr="00EB1E61">
        <w:rPr>
          <w:rFonts w:eastAsia="Liberation Serif"/>
          <w:sz w:val="24"/>
          <w:szCs w:val="24"/>
        </w:rPr>
        <w:t xml:space="preserve"> s </w:t>
      </w:r>
      <w:proofErr w:type="spellStart"/>
      <w:r w:rsidRPr="00EB1E61">
        <w:rPr>
          <w:rFonts w:eastAsia="Liberation Serif"/>
          <w:sz w:val="24"/>
          <w:szCs w:val="24"/>
        </w:rPr>
        <w:t>priloženom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dokumentacijom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podnose</w:t>
      </w:r>
      <w:proofErr w:type="spellEnd"/>
      <w:r w:rsidRPr="00EB1E61">
        <w:rPr>
          <w:rFonts w:eastAsia="Liberation Serif"/>
          <w:sz w:val="24"/>
          <w:szCs w:val="24"/>
        </w:rPr>
        <w:t xml:space="preserve"> se u </w:t>
      </w:r>
      <w:proofErr w:type="spellStart"/>
      <w:r w:rsidRPr="00EB1E61">
        <w:rPr>
          <w:rFonts w:eastAsia="Liberation Serif"/>
          <w:sz w:val="24"/>
          <w:szCs w:val="24"/>
        </w:rPr>
        <w:t>razdoblju</w:t>
      </w:r>
      <w:proofErr w:type="spellEnd"/>
      <w:r w:rsidR="00EB1E61">
        <w:rPr>
          <w:sz w:val="24"/>
          <w:szCs w:val="24"/>
        </w:rPr>
        <w:t xml:space="preserve"> </w:t>
      </w:r>
      <w:r w:rsidRPr="00EB1E61">
        <w:rPr>
          <w:rFonts w:eastAsia="Liberation Serif"/>
          <w:b/>
          <w:sz w:val="24"/>
          <w:szCs w:val="24"/>
          <w:u w:val="single"/>
        </w:rPr>
        <w:t>od 1</w:t>
      </w:r>
      <w:r w:rsidR="00EB1E61">
        <w:rPr>
          <w:rFonts w:eastAsia="Liberation Serif"/>
          <w:b/>
          <w:sz w:val="24"/>
          <w:szCs w:val="24"/>
          <w:u w:val="single"/>
        </w:rPr>
        <w:t>7</w:t>
      </w:r>
      <w:r w:rsidRPr="00EB1E61">
        <w:rPr>
          <w:rFonts w:eastAsia="Liberation Serif"/>
          <w:b/>
          <w:sz w:val="24"/>
          <w:szCs w:val="24"/>
          <w:u w:val="single"/>
        </w:rPr>
        <w:t xml:space="preserve">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rujna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2026.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do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30.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rujna</w:t>
      </w:r>
      <w:proofErr w:type="spellEnd"/>
      <w:r w:rsidRPr="00EB1E61">
        <w:rPr>
          <w:rFonts w:eastAsia="Liberation Serif"/>
          <w:b/>
          <w:sz w:val="24"/>
          <w:szCs w:val="24"/>
          <w:u w:val="single"/>
        </w:rPr>
        <w:t xml:space="preserve"> 2026. </w:t>
      </w:r>
      <w:proofErr w:type="spellStart"/>
      <w:r w:rsidRPr="00EB1E61">
        <w:rPr>
          <w:rFonts w:eastAsia="Liberation Serif"/>
          <w:b/>
          <w:sz w:val="24"/>
          <w:szCs w:val="24"/>
          <w:u w:val="single"/>
        </w:rPr>
        <w:t>godine</w:t>
      </w:r>
      <w:proofErr w:type="spellEnd"/>
    </w:p>
    <w:p w14:paraId="7CDAFC19" w14:textId="648FB43E" w:rsidR="008262B7" w:rsidRPr="005E318B" w:rsidRDefault="00000000" w:rsidP="00EB1E61">
      <w:pPr>
        <w:spacing w:after="160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EB1E61">
        <w:rPr>
          <w:rFonts w:eastAsia="Liberation Serif"/>
          <w:sz w:val="24"/>
          <w:szCs w:val="24"/>
        </w:rPr>
        <w:t xml:space="preserve">u </w:t>
      </w:r>
      <w:proofErr w:type="spellStart"/>
      <w:r w:rsidRPr="00EB1E61">
        <w:rPr>
          <w:rFonts w:eastAsia="Liberation Serif"/>
          <w:sz w:val="24"/>
          <w:szCs w:val="24"/>
        </w:rPr>
        <w:t>Upravi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Dječjeg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vrtića</w:t>
      </w:r>
      <w:proofErr w:type="spellEnd"/>
      <w:r w:rsidRPr="00EB1E61">
        <w:rPr>
          <w:rFonts w:eastAsia="Liberation Serif"/>
          <w:sz w:val="24"/>
          <w:szCs w:val="24"/>
        </w:rPr>
        <w:t xml:space="preserve"> „</w:t>
      </w:r>
      <w:proofErr w:type="gramStart"/>
      <w:r w:rsidRPr="00EB1E61">
        <w:rPr>
          <w:rFonts w:eastAsia="Liberation Serif"/>
          <w:sz w:val="24"/>
          <w:szCs w:val="24"/>
        </w:rPr>
        <w:t>Leptirići“ Podravske</w:t>
      </w:r>
      <w:proofErr w:type="gramEnd"/>
      <w:r w:rsidRPr="00EB1E61">
        <w:rPr>
          <w:rFonts w:eastAsia="Liberation Serif"/>
          <w:sz w:val="24"/>
          <w:szCs w:val="24"/>
        </w:rPr>
        <w:t xml:space="preserve"> Sesvete, </w:t>
      </w:r>
      <w:proofErr w:type="spellStart"/>
      <w:r w:rsidRPr="00EB1E61">
        <w:rPr>
          <w:rFonts w:eastAsia="Liberation Serif"/>
          <w:sz w:val="24"/>
          <w:szCs w:val="24"/>
        </w:rPr>
        <w:t>Trg</w:t>
      </w:r>
      <w:proofErr w:type="spellEnd"/>
      <w:r w:rsidRPr="00EB1E61">
        <w:rPr>
          <w:rFonts w:eastAsia="Liberation Serif"/>
          <w:sz w:val="24"/>
          <w:szCs w:val="24"/>
        </w:rPr>
        <w:t xml:space="preserve"> </w:t>
      </w:r>
      <w:proofErr w:type="spellStart"/>
      <w:r w:rsidRPr="00EB1E61">
        <w:rPr>
          <w:rFonts w:eastAsia="Liberation Serif"/>
          <w:sz w:val="24"/>
          <w:szCs w:val="24"/>
        </w:rPr>
        <w:t>kralja</w:t>
      </w:r>
      <w:proofErr w:type="spellEnd"/>
      <w:r w:rsidRPr="00EB1E61">
        <w:rPr>
          <w:rFonts w:eastAsia="Liberation Serif"/>
          <w:sz w:val="24"/>
          <w:szCs w:val="24"/>
        </w:rPr>
        <w:t xml:space="preserve"> Tomislava 14, 48363 Podravske Sesvete u </w:t>
      </w:r>
      <w:proofErr w:type="spellStart"/>
      <w:r w:rsidRPr="00EB1E61">
        <w:rPr>
          <w:rFonts w:eastAsia="Liberation Serif"/>
          <w:sz w:val="24"/>
          <w:szCs w:val="24"/>
        </w:rPr>
        <w:t>vremenu</w:t>
      </w:r>
      <w:proofErr w:type="spellEnd"/>
      <w:r w:rsidRPr="00EB1E61">
        <w:rPr>
          <w:rFonts w:eastAsia="Liberation Serif"/>
          <w:sz w:val="24"/>
          <w:szCs w:val="24"/>
        </w:rPr>
        <w:t xml:space="preserve"> od 8,00 </w:t>
      </w:r>
      <w:proofErr w:type="spellStart"/>
      <w:r w:rsidRPr="00EB1E61">
        <w:rPr>
          <w:rFonts w:eastAsia="Liberation Serif"/>
          <w:sz w:val="24"/>
          <w:szCs w:val="24"/>
        </w:rPr>
        <w:t>do</w:t>
      </w:r>
      <w:proofErr w:type="spellEnd"/>
      <w:r w:rsidRPr="00EB1E61">
        <w:rPr>
          <w:rFonts w:eastAsia="Liberation Serif"/>
          <w:sz w:val="24"/>
          <w:szCs w:val="24"/>
        </w:rPr>
        <w:t xml:space="preserve"> 12,00 sati</w:t>
      </w:r>
      <w:r w:rsidR="00D91E93">
        <w:rPr>
          <w:rFonts w:eastAsia="Liberation Serif"/>
          <w:sz w:val="24"/>
          <w:szCs w:val="24"/>
        </w:rPr>
        <w:t>.</w:t>
      </w:r>
    </w:p>
    <w:p w14:paraId="780654B9" w14:textId="2D68214D" w:rsidR="008262B7" w:rsidRDefault="00EB1E61" w:rsidP="00EB1E61">
      <w:pPr>
        <w:spacing w:after="0"/>
        <w:jc w:val="right"/>
        <w:rPr>
          <w:rFonts w:eastAsia="Liberation Serif"/>
          <w:b/>
          <w:sz w:val="24"/>
          <w:szCs w:val="24"/>
        </w:rPr>
      </w:pPr>
      <w:proofErr w:type="spellStart"/>
      <w:r>
        <w:rPr>
          <w:rFonts w:eastAsia="Liberation Serif"/>
          <w:b/>
          <w:sz w:val="24"/>
          <w:szCs w:val="24"/>
        </w:rPr>
        <w:t>Ravnateljica</w:t>
      </w:r>
      <w:proofErr w:type="spellEnd"/>
      <w:r>
        <w:rPr>
          <w:rFonts w:eastAsia="Liberation Serif"/>
          <w:b/>
          <w:sz w:val="24"/>
          <w:szCs w:val="24"/>
        </w:rPr>
        <w:t xml:space="preserve"> </w:t>
      </w:r>
      <w:proofErr w:type="spellStart"/>
      <w:r>
        <w:rPr>
          <w:rFonts w:eastAsia="Liberation Serif"/>
          <w:b/>
          <w:sz w:val="24"/>
          <w:szCs w:val="24"/>
        </w:rPr>
        <w:t>Dječjeg</w:t>
      </w:r>
      <w:proofErr w:type="spellEnd"/>
      <w:r>
        <w:rPr>
          <w:rFonts w:eastAsia="Liberation Serif"/>
          <w:b/>
          <w:sz w:val="24"/>
          <w:szCs w:val="24"/>
        </w:rPr>
        <w:t xml:space="preserve"> </w:t>
      </w:r>
      <w:proofErr w:type="spellStart"/>
      <w:r>
        <w:rPr>
          <w:rFonts w:eastAsia="Liberation Serif"/>
          <w:b/>
          <w:sz w:val="24"/>
          <w:szCs w:val="24"/>
        </w:rPr>
        <w:t>vrtića</w:t>
      </w:r>
      <w:proofErr w:type="spellEnd"/>
      <w:r>
        <w:rPr>
          <w:rFonts w:eastAsia="Liberation Serif"/>
          <w:b/>
          <w:sz w:val="24"/>
          <w:szCs w:val="24"/>
        </w:rPr>
        <w:t xml:space="preserve"> “Leptirići” Podravske Sesvete</w:t>
      </w:r>
    </w:p>
    <w:p w14:paraId="0FB7DD9C" w14:textId="1344BA4C" w:rsidR="00EB1E61" w:rsidRPr="00EB1E61" w:rsidRDefault="00EB1E61" w:rsidP="00EB1E61">
      <w:pPr>
        <w:spacing w:after="0"/>
        <w:jc w:val="right"/>
        <w:rPr>
          <w:rFonts w:hint="eastAsia"/>
          <w:sz w:val="24"/>
          <w:szCs w:val="24"/>
        </w:rPr>
      </w:pPr>
      <w:r>
        <w:rPr>
          <w:rFonts w:eastAsia="Liberation Serif"/>
          <w:b/>
          <w:sz w:val="24"/>
          <w:szCs w:val="24"/>
        </w:rPr>
        <w:t>Marta Horvat</w:t>
      </w:r>
    </w:p>
    <w:sectPr w:rsidR="00EB1E61" w:rsidRPr="00EB1E61" w:rsidSect="00034616">
      <w:pgSz w:w="11906" w:h="16838"/>
      <w:pgMar w:top="709" w:right="964" w:bottom="652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280A8C"/>
    <w:multiLevelType w:val="hybridMultilevel"/>
    <w:tmpl w:val="F954D342"/>
    <w:lvl w:ilvl="0" w:tplc="2DB4D8F0">
      <w:numFmt w:val="bullet"/>
      <w:lvlText w:val="-"/>
      <w:lvlJc w:val="left"/>
      <w:pPr>
        <w:ind w:left="814" w:hanging="360"/>
      </w:pPr>
      <w:rPr>
        <w:rFonts w:ascii="Liberation Serif" w:eastAsia="Liberation Serif" w:hAnsi="Liberation Serif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0" w15:restartNumberingAfterBreak="0">
    <w:nsid w:val="5BA17EFF"/>
    <w:multiLevelType w:val="hybridMultilevel"/>
    <w:tmpl w:val="8AA6A130"/>
    <w:lvl w:ilvl="0" w:tplc="601ED1CE">
      <w:numFmt w:val="bullet"/>
      <w:lvlText w:val="-"/>
      <w:lvlJc w:val="left"/>
      <w:pPr>
        <w:ind w:left="720" w:hanging="360"/>
      </w:pPr>
      <w:rPr>
        <w:rFonts w:ascii="Liberation Serif" w:eastAsiaTheme="minorEastAsia" w:hAnsi="Liberation Serif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B59A5"/>
    <w:multiLevelType w:val="hybridMultilevel"/>
    <w:tmpl w:val="5D923CE8"/>
    <w:lvl w:ilvl="0" w:tplc="C518A78E">
      <w:numFmt w:val="bullet"/>
      <w:lvlText w:val="-"/>
      <w:lvlJc w:val="left"/>
      <w:pPr>
        <w:ind w:left="1080" w:hanging="360"/>
      </w:pPr>
      <w:rPr>
        <w:rFonts w:ascii="Liberation Serif" w:eastAsiaTheme="minorEastAsia" w:hAnsi="Liberation Serif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D80948"/>
    <w:multiLevelType w:val="hybridMultilevel"/>
    <w:tmpl w:val="6EA2ABB8"/>
    <w:lvl w:ilvl="0" w:tplc="EF5AD50A">
      <w:numFmt w:val="bullet"/>
      <w:lvlText w:val="-"/>
      <w:lvlJc w:val="left"/>
      <w:pPr>
        <w:ind w:left="814" w:hanging="360"/>
      </w:pPr>
      <w:rPr>
        <w:rFonts w:ascii="Liberation Serif" w:eastAsia="Liberation Serif" w:hAnsi="Liberation Serif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num w:numId="1" w16cid:durableId="486751790">
    <w:abstractNumId w:val="8"/>
  </w:num>
  <w:num w:numId="2" w16cid:durableId="574052521">
    <w:abstractNumId w:val="6"/>
  </w:num>
  <w:num w:numId="3" w16cid:durableId="62263917">
    <w:abstractNumId w:val="5"/>
  </w:num>
  <w:num w:numId="4" w16cid:durableId="1898931431">
    <w:abstractNumId w:val="4"/>
  </w:num>
  <w:num w:numId="5" w16cid:durableId="363795166">
    <w:abstractNumId w:val="7"/>
  </w:num>
  <w:num w:numId="6" w16cid:durableId="1992445710">
    <w:abstractNumId w:val="3"/>
  </w:num>
  <w:num w:numId="7" w16cid:durableId="1811433144">
    <w:abstractNumId w:val="2"/>
  </w:num>
  <w:num w:numId="8" w16cid:durableId="734814607">
    <w:abstractNumId w:val="1"/>
  </w:num>
  <w:num w:numId="9" w16cid:durableId="797070202">
    <w:abstractNumId w:val="0"/>
  </w:num>
  <w:num w:numId="10" w16cid:durableId="1495142664">
    <w:abstractNumId w:val="9"/>
  </w:num>
  <w:num w:numId="11" w16cid:durableId="1787969831">
    <w:abstractNumId w:val="10"/>
  </w:num>
  <w:num w:numId="12" w16cid:durableId="754400308">
    <w:abstractNumId w:val="11"/>
  </w:num>
  <w:num w:numId="13" w16cid:durableId="15758954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318B"/>
    <w:rsid w:val="00632FC3"/>
    <w:rsid w:val="008262B7"/>
    <w:rsid w:val="0088506F"/>
    <w:rsid w:val="00AA1D8D"/>
    <w:rsid w:val="00B47730"/>
    <w:rsid w:val="00C6444D"/>
    <w:rsid w:val="00CB0664"/>
    <w:rsid w:val="00CD0C1A"/>
    <w:rsid w:val="00D91E93"/>
    <w:rsid w:val="00EB1E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C6601D"/>
  <w14:defaultImageDpi w14:val="300"/>
  <w15:docId w15:val="{E724B70A-5D36-424C-A9F6-08F953D9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Liberation Serif" w:hAnsi="Liberation Serif"/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B1E6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1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v-leptirici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Javni poziv za upis djece u program predškole 2026./2027.</vt:lpstr>
      <vt:lpstr/>
    </vt:vector>
  </TitlesOfParts>
  <Manager/>
  <Company/>
  <LinksUpToDate>false</LinksUpToDate>
  <CharactersWithSpaces>2292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upis djece u program predškole 2026./2027.</dc:title>
  <dc:subject>Program predškole</dc:subject>
  <dc:creator>Dječji vrtić Leptirići Podravske Sesvete</dc:creator>
  <cp:keywords/>
  <dc:description>generated by python-docx</dc:description>
  <cp:lastModifiedBy>Vrtić Leptirići</cp:lastModifiedBy>
  <cp:revision>5</cp:revision>
  <dcterms:created xsi:type="dcterms:W3CDTF">2013-12-23T23:15:00Z</dcterms:created>
  <dcterms:modified xsi:type="dcterms:W3CDTF">2026-09-15T09:03:00Z</dcterms:modified>
  <cp:category/>
</cp:coreProperties>
</file>